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1B2A5A"/>
          <w:sz w:val="40"/>
          <w:rtl/>
          <w:bCs/>
          <w:szCs w:val="40"/>
        </w:rPr>
        <w:t>📅 אתגר 8 הלילות</w:t>
      </w:r>
    </w:p>
    <w:p>
      <w:pPr>
        <w:bidi/>
        <w:jc w:val="center"/>
      </w:pPr>
      <w:r>
        <w:rPr>
          <w:b w:val="0"/>
          <w:sz w:val="21"/>
          <w:rtl/>
          <w:szCs w:val="21"/>
        </w:rPr>
        <w:t>בכל לילה – ערך אחד ומעשה קטן אחד. סמנו ✓ וצבעו נר! (חנוכה תשפ״ז: נר ראשון ביום שישי 4.12 בערב)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21213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orah-lin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12138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ליל א׳ · 🤝 חברות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🌱 מזמינים מישהו/י חדש/ה למשחק או לשיחה.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🌳 לגדולים: יוצרים קשר אחד חדש בשכבה – שיחה של 5 דקות.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☐ עשיתי!  מה עשיתי: __________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ליל ב׳ · 🐢 התמדה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🌱 ממשיכים עוד 2 דקות במשהו קשה.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🌳 לגדולים: מתמידים במשימה אחת 25 דקות בלי הסחות.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☐ עשיתי!  מה עשיתי: __________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ליל ג׳ · 🎨 יצירתיות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🌱 מציירים נר שמייצג אותי.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🌳 לגדולים: מציעים רעיון יצירתי אחד לשיפור הכיתה.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☐ עשיתי!  מה עשיתי: __________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ליל ד׳ · 🙌 עזרה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🌱 עוזרים בבית בלי שביקשו.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🌳 לגדולים: מתנדבים לעזרה קטנה – בבית, בשכונה או בבית הספר.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☐ עשיתי!  מה עשיתי: __________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ליל ה׳ · 🦁 אומץ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🌱 מרימים יד ושואלים שאלה.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🌳 לגדולים: מודים בטעות אחת ולוקחים אחריות.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☐ עשיתי!  מה עשיתי: __________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ליל ו׳ · 🧭 עצמאות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🌱 מסדרים את התיק לבד.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🌳 לגדולים: מגדירים יעד אישי ואיך נבדוק אותו.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☐ עשיתי!  מה עשיתי: __________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ליל ז׳ · 👂 הקשבה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🌱 מקשיבים לבן/בת משפחה בלי להפריע.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🌳 לגדולים: שומעים עמדה אחרת מהשלי עד הסוף – ומסכמים אותה.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☐ עשיתי!  מה עשיתי: __________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ליל ח׳ · 🧩 שיתוף פעולה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🌱 עושים משהו יחד עם המשפחה או עם חברים.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🌳 לגדולים: מסכמים יחד: איזה ערך הכי האיר את הכיתה שלנו – ולמה?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☐ עשיתי!  מה עשיתי: 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אור של הצלחה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