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center"/>
      </w:pPr>
      <w:r>
        <w:rPr>
          <w:b/>
          <w:color w:val="1B2A5A"/>
          <w:sz w:val="40"/>
          <w:rtl/>
          <w:bCs/>
          <w:szCs w:val="40"/>
        </w:rPr>
        <w:t>💌 מעבירים את האור הלאה</w:t>
      </w:r>
    </w:p>
    <w:p>
      <w:pPr>
        <w:bidi/>
        <w:jc w:val="center"/>
      </w:pPr>
      <w:r>
        <w:rPr>
          <w:b w:val="0"/>
          <w:sz w:val="20"/>
          <w:rtl/>
          <w:szCs w:val="20"/>
        </w:rPr>
        <w:t>כתבו פתק הערכה לחבר/ה מהכיתה. רעיונות לפתיחה: תודה שעזרת לי כש... · ראיתי שאת/ה... · את/ה מאיר/ה לי את היום כש... · אני אוהב/ת שאת/ה...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FFBEA"/>
          </w:tcPr>
          <w:p>
            <w:pPr>
              <w:bidi/>
              <w:jc w:val="right"/>
            </w:pPr>
            <w:r>
              <w:rPr>
                <w:b/>
                <w:sz w:val="21"/>
                <w:rtl/>
                <w:bCs/>
                <w:szCs w:val="21"/>
              </w:rPr>
              <w:t>🕯️ 🤝 נר החברות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אל: 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הערך שראיתי בך: ______________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מה הערכתי: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______________________________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______________________________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מאת: ____________  ☐ 🤫 בעילום שם</w:t>
            </w:r>
          </w:p>
        </w:tc>
        <w:tc>
          <w:tcPr>
            <w:tcW w:type="dxa" w:w="5103"/>
            <w:shd w:val="clear" w:color="auto" w:fill="FFFBEA"/>
          </w:tcPr>
          <w:p>
            <w:pPr>
              <w:bidi/>
              <w:jc w:val="right"/>
            </w:pPr>
            <w:r>
              <w:rPr>
                <w:b/>
                <w:sz w:val="21"/>
                <w:rtl/>
                <w:bCs/>
                <w:szCs w:val="21"/>
              </w:rPr>
              <w:t>🕯️ 🐢 נר ההתמדה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אל: 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הערך שראיתי בך: ______________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מה הערכתי: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______________________________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______________________________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מאת: ____________  ☐ 🤫 בעילום שם</w:t>
            </w:r>
          </w:p>
        </w:tc>
      </w:tr>
      <w:tr>
        <w:tc>
          <w:tcPr>
            <w:tcW w:type="dxa" w:w="5103"/>
            <w:shd w:val="clear" w:color="auto" w:fill="FFFBEA"/>
          </w:tcPr>
          <w:p>
            <w:pPr>
              <w:bidi/>
              <w:jc w:val="right"/>
            </w:pPr>
            <w:r>
              <w:rPr>
                <w:b/>
                <w:sz w:val="21"/>
                <w:rtl/>
                <w:bCs/>
                <w:szCs w:val="21"/>
              </w:rPr>
              <w:t>🕯️ 🎨 נר היצירתיות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אל: 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הערך שראיתי בך: ______________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מה הערכתי: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______________________________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______________________________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מאת: ____________  ☐ 🤫 בעילום שם</w:t>
            </w:r>
          </w:p>
        </w:tc>
        <w:tc>
          <w:tcPr>
            <w:tcW w:type="dxa" w:w="5103"/>
            <w:shd w:val="clear" w:color="auto" w:fill="FFFBEA"/>
          </w:tcPr>
          <w:p>
            <w:pPr>
              <w:bidi/>
              <w:jc w:val="right"/>
            </w:pPr>
            <w:r>
              <w:rPr>
                <w:b/>
                <w:sz w:val="21"/>
                <w:rtl/>
                <w:bCs/>
                <w:szCs w:val="21"/>
              </w:rPr>
              <w:t>🕯️ 🙌 נר העזרה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אל: 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הערך שראיתי בך: ______________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מה הערכתי: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______________________________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______________________________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מאת: ____________  ☐ 🤫 בעילום שם</w:t>
            </w:r>
          </w:p>
        </w:tc>
      </w:tr>
      <w:tr>
        <w:tc>
          <w:tcPr>
            <w:tcW w:type="dxa" w:w="5103"/>
            <w:shd w:val="clear" w:color="auto" w:fill="FFFBEA"/>
          </w:tcPr>
          <w:p>
            <w:pPr>
              <w:bidi/>
              <w:jc w:val="right"/>
            </w:pPr>
            <w:r>
              <w:rPr>
                <w:b/>
                <w:sz w:val="21"/>
                <w:rtl/>
                <w:bCs/>
                <w:szCs w:val="21"/>
              </w:rPr>
              <w:t>🕯️ 🦁 נר האומץ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אל: 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הערך שראיתי בך: ______________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מה הערכתי: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______________________________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______________________________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מאת: ____________  ☐ 🤫 בעילום שם</w:t>
            </w:r>
          </w:p>
        </w:tc>
        <w:tc>
          <w:tcPr>
            <w:tcW w:type="dxa" w:w="5103"/>
            <w:shd w:val="clear" w:color="auto" w:fill="FFFBEA"/>
          </w:tcPr>
          <w:p>
            <w:pPr>
              <w:bidi/>
              <w:jc w:val="right"/>
            </w:pPr>
            <w:r>
              <w:rPr>
                <w:b/>
                <w:sz w:val="21"/>
                <w:rtl/>
                <w:bCs/>
                <w:szCs w:val="21"/>
              </w:rPr>
              <w:t>🕯️ 🧭 נר העצמאות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אל: 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הערך שראיתי בך: ______________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מה הערכתי: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______________________________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______________________________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מאת: ____________  ☐ 🤫 בעילום שם</w:t>
            </w:r>
          </w:p>
        </w:tc>
      </w:tr>
      <w:tr>
        <w:tc>
          <w:tcPr>
            <w:tcW w:type="dxa" w:w="5103"/>
            <w:shd w:val="clear" w:color="auto" w:fill="FFFBEA"/>
          </w:tcPr>
          <w:p>
            <w:pPr>
              <w:bidi/>
              <w:jc w:val="right"/>
            </w:pPr>
            <w:r>
              <w:rPr>
                <w:b/>
                <w:sz w:val="21"/>
                <w:rtl/>
                <w:bCs/>
                <w:szCs w:val="21"/>
              </w:rPr>
              <w:t>🕯️ 👂 נר ההקשבה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אל: 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הערך שראיתי בך: ______________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מה הערכתי: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______________________________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______________________________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מאת: ____________  ☐ 🤫 בעילום שם</w:t>
            </w:r>
          </w:p>
        </w:tc>
        <w:tc>
          <w:tcPr>
            <w:tcW w:type="dxa" w:w="5103"/>
            <w:shd w:val="clear" w:color="auto" w:fill="FFFBEA"/>
          </w:tcPr>
          <w:p>
            <w:pPr>
              <w:bidi/>
              <w:jc w:val="right"/>
            </w:pPr>
            <w:r>
              <w:rPr>
                <w:b/>
                <w:sz w:val="21"/>
                <w:rtl/>
                <w:bCs/>
                <w:szCs w:val="21"/>
              </w:rPr>
              <w:t>🕯️ 🧩 נר השיתוף פעולה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אל: 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הערך שראיתי בך: ______________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מה הערכתי: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______________________________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______________________________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מאת: ____________  ☐ 🤫 בעילום שם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sz w:val="18"/>
        <w:rtl/>
      </w:rPr>
      <w:t>יצרה: רוית ראש בן ישי · אור של הצלחה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