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/>
          <w:color w:val="1B2A5A"/>
          <w:sz w:val="40"/>
          <w:rtl/>
          <w:bCs/>
          <w:szCs w:val="40"/>
        </w:rPr>
        <w:t>👩‍🏫 אור של הצלחה – מערכי שיעור</w:t>
      </w:r>
    </w:p>
    <w:p>
      <w:pPr>
        <w:bidi/>
        <w:jc w:val="center"/>
      </w:pPr>
      <w:r>
        <w:rPr>
          <w:b w:val="0"/>
          <w:color w:val="5B6485"/>
          <w:rtl/>
        </w:rPr>
        <w:t>חנוכה של ערכים, מחמאות ויעדים · or-shel-hatzlacha.sites.tab.bot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🕎 שמונת הערכים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🤝 חברות – חברות אמיתית נבנית מאמון, נאמנות והקשבה – גם כשלא מסכימים על הכול. משימה: כל אחד/ת שולח/ת מילה טובה לחבר/ה מהכיתה שלא דיברו הרבה זמן.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🐢 התמדה – התמדה היא היכולת להמשיך לעבוד לקראת מטרה גם כשהתוצאות לא מגיעות מיד. משימה: יומן התמדה: כל ערב כותבים צעד אחד שעשיתי לקראת היעד שלי.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🎨 יצירתיות – יצירתיות היא לראות בעיה מזווית חדשה ולמצוא כמה פתרונות, לא רק אחד. משימה: אתגר: מוצאים 10 שימושים חדשים לסביבון!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🙌 עזרה – לעזור זה לשים לב, לשאול ״איך אפשר לעזור?״ – ולכבד גם תשובה של ״לא, תודה״. משימה: ״צוות העזרה של היום״: כל שולחן בוחר משימת עזרה כיתתית.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🦁 אומץ – אומץ הוא לא חוסר פחד – אלא לפעול למרות הפחד: לומר את דעתי, לעצור פגיעה, לנסות משהו חדש. משימה: מחלקים ״מדליות אומץ״ למי שעשו מעשה אמיץ השבוע – גם מעשים שקטים.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🧭 עצמאות – עצמאות היא לקחת אחריות על המשימות, הזמן והבחירות שלי. משימה: כל אחד/ת בונה לוח זמנים אישי לשבוע החג – למידה, מנוחה וכיף.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👂 הקשבה – הקשבה היא לתת לאחר/ת לסיים, לשאול שאלה ולהבין – לפני שעונים. משימה: שיחה בזוגות: 2 דקות אחד/ת מדבר/ת והשני/ה רק מקשיב/ה ומשקף/ת.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🧩 שיתוף פעולה – שיתוף פעולה הוא לחלק תפקידים, להקשיב לכולם ולהגיע יחד למטרה. משימה: אתגר צוות: הסביבון הגבוה ביותר מנייר בלבד – ב־10 דקות!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⏰ יסודי – 45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907"/>
        <w:gridCol w:w="2381"/>
        <w:gridCol w:w="6917"/>
      </w:tblGrid>
      <w:tr>
        <w:tc>
          <w:tcPr>
            <w:tcW w:type="dxa" w:w="90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זמן</w:t>
            </w:r>
          </w:p>
        </w:tc>
        <w:tc>
          <w:tcPr>
            <w:tcW w:type="dxa" w:w="2381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שלב</w:t>
            </w:r>
          </w:p>
        </w:tc>
        <w:tc>
          <w:tcPr>
            <w:tcW w:type="dxa" w:w="691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פתיחה: חושך ואור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מחשיכים לרגע את הכיתה ומדליקים את השמש באתר. שאלה: מה מאיר לנו את הכיתה?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12׳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חנוכיית הערכים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מדליקים נר אחר נר. לכל ערך – הסבר קצר ודוגמה מהכיתה שהתלמידים מביאים.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מעבירים את האור הלאה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כל תלמיד/ה כותב/ת פתק הערכה בצורת נר לחבר/ה (אפשר בעילום שם).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סביבון הערכים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מסובבים את הסביבון באתר – נ/ג/ה/פ – ומבצעים את המשימה על הערך שנבחר.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8׳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סיכום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כל אחד/ת בוחר/ת נר לשבוע. מציגים את אתגר 8 הלילות ומתחילים בליל א׳.</w:t>
            </w:r>
          </w:p>
        </w:tc>
      </w:tr>
    </w:tbl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⏰ יסודי – 90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907"/>
        <w:gridCol w:w="2381"/>
        <w:gridCol w:w="6917"/>
      </w:tblGrid>
      <w:tr>
        <w:tc>
          <w:tcPr>
            <w:tcW w:type="dxa" w:w="90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זמן</w:t>
            </w:r>
          </w:p>
        </w:tc>
        <w:tc>
          <w:tcPr>
            <w:tcW w:type="dxa" w:w="2381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שלב</w:t>
            </w:r>
          </w:p>
        </w:tc>
        <w:tc>
          <w:tcPr>
            <w:tcW w:type="dxa" w:w="691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8׳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פתיחה: חושך ואור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מחשיכים, מדליקים את השמש. שיחה: מתי הרגשנו שמישהו/י הדליק/ה לנו אור?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חנוכיית הערכים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מדליקים את 8 הנרות. בכל נר: הסבר, דוגמה ומשימה כיתתית.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סביבון הערכים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משחק בקבוצות – כל קבוצה מסובבת 3 פעמים.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מעבירים את האור הלאה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כתיבת פתקים, קיפול ותליית ״קיר האור״.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הנר הבא שלי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כל אחד/ת בוחר/ת יעד קטן לשבוע עם האשף ומעתיק/ה לדף הנר.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מעגל ״האור שאני רואה בך״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במעגל, כל אחד/ת מקבל/ת משפט פתיחה ואומר/ת אותו לשכן/ה.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7׳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סיכום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לוח 8 הלילות – מה עושים כל ערב. כל אחד/ת אומר/ת מילה אחת על השיעור.</w:t>
            </w:r>
          </w:p>
        </w:tc>
      </w:tr>
    </w:tbl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⏰ חט״ב – 45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907"/>
        <w:gridCol w:w="2381"/>
        <w:gridCol w:w="6917"/>
      </w:tblGrid>
      <w:tr>
        <w:tc>
          <w:tcPr>
            <w:tcW w:type="dxa" w:w="90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זמן</w:t>
            </w:r>
          </w:p>
        </w:tc>
        <w:tc>
          <w:tcPr>
            <w:tcW w:type="dxa" w:w="2381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שלב</w:t>
            </w:r>
          </w:p>
        </w:tc>
        <w:tc>
          <w:tcPr>
            <w:tcW w:type="dxa" w:w="691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פתיחה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שאלה למחשבה: מה ההבדל בין ״ציון״ לבין ״הצלחה״? כותבים מילה אחת על הלוח.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חנוכיית הערכים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כל קבוצה מקבלת נר: מסבירה אותו, מביאה דוגמה מהשכבה ומציעה משימה.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חידון תרחישים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פותרים את החידון באתר ומתווכחים: האם יש יותר מערך אחד נכון?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12׳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הנר הבא שלי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יעד אישי לפי האשף: ברור, אפשרי, עם מועד – ובדיקה שבועית.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8׳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מעבירים את האור + סיכום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פתק הערכה אחד לחבר/ה. מציגים את אתגר 8 הלילות.</w:t>
            </w:r>
          </w:p>
        </w:tc>
      </w:tr>
    </w:tbl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⏰ חט״ב – 90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907"/>
        <w:gridCol w:w="2381"/>
        <w:gridCol w:w="6917"/>
      </w:tblGrid>
      <w:tr>
        <w:tc>
          <w:tcPr>
            <w:tcW w:type="dxa" w:w="90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זמן</w:t>
            </w:r>
          </w:p>
        </w:tc>
        <w:tc>
          <w:tcPr>
            <w:tcW w:type="dxa" w:w="2381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שלב</w:t>
            </w:r>
          </w:p>
        </w:tc>
        <w:tc>
          <w:tcPr>
            <w:tcW w:type="dxa" w:w="691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7׳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פתיחה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שיחה: ״מה זה כיתה מצליחה?״ – ענן מילים על הלוח.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13׳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בוחרים ערכים משלנו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הכיתה מצביעה ומשנה שמות של נרות במצב ״עריכה למורה״ – אלה הערכים שלנו.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12׳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חידון וסביבון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חידון התרחישים ואחריו סבב סביבון בקבוצות.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18׳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הנר הבא שלי בזוגות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כל זוג בונה יעדים, בודק/ת את היעד של השני/ה לפי שלושת הסימנים ומתחייב/ת לבדיקה בעוד שבוע.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מעבירים את האור הלאה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כתיבת פתקים לכל חברי/ות הקבוצה (מומלץ: כל אחד/ת מקבל/ת לפחות פתק אחד).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מעגל האור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מעגל ״האור שאני רואה בך״ עם טיימר של 30 שניות לכל תור.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סיכום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אתגר 8 הלילות ומשפט סיום: ״הערך שאני לוקח/ת מהשיעור הוא...״</w:t>
            </w:r>
          </w:p>
        </w:tc>
      </w:tr>
    </w:tbl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⏰ חט״ע – 45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907"/>
        <w:gridCol w:w="2381"/>
        <w:gridCol w:w="6917"/>
      </w:tblGrid>
      <w:tr>
        <w:tc>
          <w:tcPr>
            <w:tcW w:type="dxa" w:w="90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זמן</w:t>
            </w:r>
          </w:p>
        </w:tc>
        <w:tc>
          <w:tcPr>
            <w:tcW w:type="dxa" w:w="2381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שלב</w:t>
            </w:r>
          </w:p>
        </w:tc>
        <w:tc>
          <w:tcPr>
            <w:tcW w:type="dxa" w:w="691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פתיחה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שאלה: מה נר קטן אחד יכול לעשות בחדר חשוך? ומה שמונה נרות?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ערכי השכבה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כל תלמיד/ה מדרג/ת את 8 הערכים מ־1 עד 8; משווים בקבוצות.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דיון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איזה ערך הכי חסר היום בכיתה? ובחברה? מה אפשר לעשות לגביו?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12׳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הנר הבא שלי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יעד אישי עם מדד ברור, צעד ראשון ומועד בדיקה.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8׳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מעגל קצר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״האור שאני רואה בך״ – כל אחד/ת לשכן/ה מימין.</w:t>
            </w:r>
          </w:p>
        </w:tc>
      </w:tr>
    </w:tbl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⏰ חט״ע – 90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907"/>
        <w:gridCol w:w="2381"/>
        <w:gridCol w:w="6917"/>
      </w:tblGrid>
      <w:tr>
        <w:tc>
          <w:tcPr>
            <w:tcW w:type="dxa" w:w="90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זמן</w:t>
            </w:r>
          </w:p>
        </w:tc>
        <w:tc>
          <w:tcPr>
            <w:tcW w:type="dxa" w:w="2381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שלב</w:t>
            </w:r>
          </w:p>
        </w:tc>
        <w:tc>
          <w:tcPr>
            <w:tcW w:type="dxa" w:w="691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8׳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פתיחה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קריאה בקול של הסבר השמש ושיחה: מה תפקיד ״השמש״ בכיתה – מי מדליק את מי?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דירוג ומחלוקת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דירוג אישי, דירוג קבוצתי ודיון: האם ערכים יכולים להתנגש? (למשל עצמאות מול שיתוף פעולה)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12׳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חידון ודילמות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חידון התרחישים – ובכל שאלה: מה עוד היה אפשר לבחור, ולמה?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20׳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הנר הבא שלי + שותף/ת אחריות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יעד אישי, צעד ראשון, מי יעזור ומתי אבדוק. כל אחד/ת בוחר/ת שותף/ת לבדיקה שבועית.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מעבירים את האור הלאה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פתקי הערכה מנומקים: ״הערך שאני מזהה בך הוא... כי...״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12׳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מעגל האור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מעגל עם משפטי פתיחה לחט״ע.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8׳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סיכום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אתגר 8 הלילות לחט״ע ומילה אחת לסיום.</w:t>
            </w:r>
          </w:p>
        </w:tc>
      </w:tr>
    </w:tbl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⏰ עולים – 45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907"/>
        <w:gridCol w:w="2381"/>
        <w:gridCol w:w="6917"/>
      </w:tblGrid>
      <w:tr>
        <w:tc>
          <w:tcPr>
            <w:tcW w:type="dxa" w:w="90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זמן</w:t>
            </w:r>
          </w:p>
        </w:tc>
        <w:tc>
          <w:tcPr>
            <w:tcW w:type="dxa" w:w="2381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שלב</w:t>
            </w:r>
          </w:p>
        </w:tc>
        <w:tc>
          <w:tcPr>
            <w:tcW w:type="dxa" w:w="691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מילים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חֲנֻכִּיָּה, נֵר, אוֹר, שַׁמָּשׁ – עם תמונות והשמעה באתר.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12׳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חנוכיית הערכים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מדליקים נרות; קוראים יחד את המשפט המנוקד של כל ערך.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חידון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שאלות קצרות – בוחרים את הערך המתאים.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פתק תודה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כותבים פתק עם משפטי הפתיחה המנוקדים.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8׳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סיכום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״הָאוֹר שֶׁלִּי הוּא...״ – כל אחד/ת אומר/ת מילה.</w:t>
            </w:r>
          </w:p>
        </w:tc>
      </w:tr>
    </w:tbl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⏰ עולים – 90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907"/>
        <w:gridCol w:w="2381"/>
        <w:gridCol w:w="6917"/>
      </w:tblGrid>
      <w:tr>
        <w:tc>
          <w:tcPr>
            <w:tcW w:type="dxa" w:w="90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זמן</w:t>
            </w:r>
          </w:p>
        </w:tc>
        <w:tc>
          <w:tcPr>
            <w:tcW w:type="dxa" w:w="2381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שלב</w:t>
            </w:r>
          </w:p>
        </w:tc>
        <w:tc>
          <w:tcPr>
            <w:tcW w:type="dxa" w:w="691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מילים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אוצר מילים של חנוכה וערכים עם ניקוד.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חנוכיית הערכים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מדליקים, קוראים ומשמיעים.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חידון וסביבון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חידון קצר וסבב סביבון עם המשימות.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פתקי תודה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כתיבת פתקים מנוקדים לחברים ולחברות.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מעגל האור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משפטי פתיחה מנוקדים במעגל.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12׳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הנר הבא שלי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יעד אחד פשוט לשבוע (בוחרים מתוך רשימה).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8׳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סיכום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מילה אחת על השיעור – בעברית או בשפת הבית ותרגום.</w:t>
            </w:r>
          </w:p>
        </w:tc>
      </w:tr>
    </w:tbl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⏰ חנ״מ – 45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907"/>
        <w:gridCol w:w="2381"/>
        <w:gridCol w:w="6917"/>
      </w:tblGrid>
      <w:tr>
        <w:tc>
          <w:tcPr>
            <w:tcW w:type="dxa" w:w="90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זמן</w:t>
            </w:r>
          </w:p>
        </w:tc>
        <w:tc>
          <w:tcPr>
            <w:tcW w:type="dxa" w:w="2381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שלב</w:t>
            </w:r>
          </w:p>
        </w:tc>
        <w:tc>
          <w:tcPr>
            <w:tcW w:type="dxa" w:w="691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מדליקים יחד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שיר קצר או תנועה – מדליקים את השמש באתר.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חנוכיית הערכים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לוחצים על נר ומדליקים; לכל נר תמונה ומילים קצרות.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סביבון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מסובבים ומבצעים משימה פשוטה.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מחמאה בתמונה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בוחרים כרטיס מחמאה ונותנים לחבר/ה.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צביעה וסיכום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צובעים את החנוכייה בדף העבודה; מראים לכיתה.</w:t>
            </w:r>
          </w:p>
        </w:tc>
      </w:tr>
    </w:tbl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⏰ חנ״מ – 90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907"/>
        <w:gridCol w:w="2381"/>
        <w:gridCol w:w="6917"/>
      </w:tblGrid>
      <w:tr>
        <w:tc>
          <w:tcPr>
            <w:tcW w:type="dxa" w:w="90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זמן</w:t>
            </w:r>
          </w:p>
        </w:tc>
        <w:tc>
          <w:tcPr>
            <w:tcW w:type="dxa" w:w="2381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שלב</w:t>
            </w:r>
          </w:p>
        </w:tc>
        <w:tc>
          <w:tcPr>
            <w:tcW w:type="dxa" w:w="6917"/>
            <w:shd w:val="clear" w:color="auto" w:fill="EEF2FF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מה עושים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10׳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מדליקים יחד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שיר ותנועה.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חנוכיית הערכים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מדליקים נר אחר נר עם תמונות.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סביבון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סבבים בקבוצות קטנות.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מחמאות בתמונות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כל אחד/ת נותן/ת ומקבל/ת מחמאה.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נשימת נר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תרגול נשימה רגועה מול הנר המהבהב בפינת הרגש.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15׳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צביעה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צביעת החנוכייה בדף הקווים.</w:t>
            </w:r>
          </w:p>
        </w:tc>
      </w:tr>
      <w:tr>
        <w:tc>
          <w:tcPr>
            <w:tcW w:type="dxa" w:w="907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5׳</w:t>
            </w:r>
          </w:p>
        </w:tc>
        <w:tc>
          <w:tcPr>
            <w:tcW w:type="dxa" w:w="2381"/>
          </w:tcPr>
          <w:p>
            <w:pPr>
              <w:bidi/>
              <w:jc w:val="right"/>
            </w:pPr>
            <w:r>
              <w:rPr>
                <w:b/>
                <w:rtl/>
                <w:bCs/>
              </w:rPr>
              <w:t>סיכום</w:t>
            </w:r>
          </w:p>
        </w:tc>
        <w:tc>
          <w:tcPr>
            <w:tcW w:type="dxa" w:w="6917"/>
          </w:tcPr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מדבקה או נר לכל אחד/ת.</w:t>
            </w:r>
          </w:p>
        </w:tc>
      </w:tr>
    </w:tbl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💡 טיפים להנחיה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מומלץ להקרין את החנוכייה על הלוח ולתת לתלמידים ״להדליק״ בעצמם – זה יוצר רגע טקסי.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במצב ״עריכה למורה״ אפשר לשנות את שמות הערכים לערכים שהכיתה בחרה. השמות נשמרים במכשיר.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פתקי ההערכה: כדאי לוודא שכל תלמיד/ה מקבל/ת לפחות פתק אחד – אפשר להכין רשימת שמות מראש ולהגריל ״למי אני כותב/ת״.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באפשרות ״בעילום שם״ – המורה עוברת על הפתקים לפני החלוקה.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במעגל ״האור שאני רואה בך״ – מותר לוותר על תור (״אני אעביר את האור הלאה״) ולחזור בסוף. אין חובה לשתף.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פינת הרגש עדינה בכוונה: אם עולה מצוקה – לשוחח בפרטיות ולהפנות ליועצת לפי נוהלי בית הספר.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גש״ר מאח״ד בפינת הרגש: ששת מקורות האור. עש״ן ד״ק ומעש״ה – שלבו כתזכורת למה שהכיתה כבר מכירה.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אתגר 8 הלילות מתאים גם כמשימת בית לחופשה – שלחו לוח מודפס הביתה.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🔑 מפתח – יסודי / עולים / חנ״מ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1. דנה ראתה ילד חדש עומד לבד בהפסקה והזמינה אותו לשחק. איזה ערך? ← חברות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2. יואב לא הצליח בתרגיל, ניסה שוב ושוב – ובסוף הצליח. איזה ערך? ← התמדה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3. הכיתה בנתה יחד חנוכייה מבקבוקים – כל אחד/ת הביא/ה חלק. איזה ערך? ← שיתוף פעולה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4. מיכל הרימה יד ושאלה שאלה, למרות שהתביישה. איזה ערך? ← אומץ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5. עומר הסתכל על חברה שדיברה ולא הפריע לה. איזה ערך? ← הקשבה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6. נועם סידר את התיק לבד בלי שביקשו ממנו. איזה ערך? ← עצמאות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7. שירה המציאה משחק חדש עם סביבון וכפיות. איזה ערך? ← יצירתיות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8. איתי עזר לחבר לאסוף את הצבעים שנפלו. איזה ערך? ← עזרה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🔑 מפתח – חט״ב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1. בעבודה קבוצתית רוני מחלק/ת תפקידים ומוודא/ת שכולם משתתפים. איזה ערך בולט? ← שיתוף פעולה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2. תמר אומרת ״די, זה לא מצחיק״ כשצוחקים על מישהי. איזה ערך? ← אומץ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3. אחרי ציון נמוך, אלון בונה תוכנית חזרה ועומד בה שלושה שבועות. איזה ערך? ← התמדה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4. לפני שעונה, ליה אומרת ״אם הבנתי נכון, את אומרת ש...״. איזה ערך? ← הקשבה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5. עידו מסביר לחבר תרגיל – בלי לפתור במקומו. איזה ערך? ← עזרה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6. מאיה מתכננת לבד לוח זמנים ללמידה ושומרת עליו. איזה ערך? ← עצמאות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7. הכיתה הציגה עבודה כקומיקס במקום מצגת רגילה. איזה ערך? ← יצירתיות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8. גיל שומר על סוד של חבר – אבל פונה למבוגרת כשמישהו בסכנה. איזה ערך? ← חברות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🔑 מפתח – חט״ע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1. בדיון סוער, יובל מסכם את עמדת הצד השני לפני שהוא מציג את שלו. איזה ערך? ← הקשבה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2. נוי מודה בטעות שעשתה בפרויקט ולוקחת אחריות מול הצוות. איזה ערך בולט? ← אומץ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3. הצוות משתמש בחוזקות של כל אחד ואחת ומגיע להחלטה משותפת. איזה ערך? ← שיתוף פעולה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4. עדי פונה ביוזמתה למורה כדי לסגור פער בחומר. איזה ערך? ← עצמאות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5. תלמידי י״א מתנדבים לחונכות של תלמידים עולים. איזה ערך? ← עזרה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6. אחרי שלושה ניסיונות כושלים, דניאל משנה אסטרטגיה וממשיך. איזה ערך? ← התמדה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7. קבוצה מציעה פתרון מקורי לבעיית הרעש במסדרון. איזה ערך? ← יצירתיות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8. רז שם לב שחבר מתבודד ומזמין אותו לשבת איתו – בלי לעשות מזה עניין. איזה ערך? ← חברות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🧭 חוסן בשיעור</w:t>
      </w:r>
    </w:p>
    <w:p>
      <w:pPr>
        <w:bidi/>
        <w:jc w:val="right"/>
      </w:pPr>
      <w:r>
        <w:rPr>
          <w:b w:val="0"/>
          <w:rtl/>
        </w:rPr>
        <w:t>• גש״ר מאח״ד – ששת מקורות האור בפינת הרגש.</w:t>
      </w:r>
    </w:p>
    <w:p>
      <w:pPr>
        <w:bidi/>
        <w:jc w:val="right"/>
      </w:pPr>
      <w:r>
        <w:rPr>
          <w:b w:val="0"/>
          <w:rtl/>
        </w:rPr>
        <w:t>• עש״ן ד״ק – תזכורת לעצירה ורגיעה לפני ״נשימת נר״.</w:t>
      </w:r>
    </w:p>
    <w:p>
      <w:pPr>
        <w:bidi/>
        <w:jc w:val="right"/>
      </w:pPr>
      <w:r>
        <w:rPr>
          <w:b w:val="0"/>
          <w:rtl/>
        </w:rPr>
        <w:t>• מעש״ה – כשעוברים מרגש לפעולה: ״הנר הבא שלי״.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⚠️ לוודא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תאריכי חנוכה תשפ״ז: נר ראשון ביום שישי 4.12.2026 (לפני כניסת שבת), נר שמיני ביום שישי 11.12.2026, והחג מסתיים בשבת 12.12.2026.</w:t>
      </w:r>
    </w:p>
    <w:p>
      <w:pPr>
        <w:bidi/>
        <w:jc w:val="right"/>
      </w:pPr>
      <w:r>
        <w:rPr>
          <w:b w:val="0"/>
          <w:sz w:val="22"/>
          <w:rtl/>
          <w:szCs w:val="22"/>
        </w:rPr>
        <w:t>• מועדי חופשת חנוכה בבית הספר – לבדוק מול לוח החופשות של המוסד.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אור של הצלחה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