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b/>
          <w:color w:val="1B2A5A"/>
          <w:sz w:val="40"/>
          <w:rtl/>
          <w:bCs/>
          <w:szCs w:val="40"/>
        </w:rPr>
        <w:t>🏅 ציון לשבח – נרות הוקרה</w:t>
      </w:r>
    </w:p>
    <w:p>
      <w:pPr>
        <w:bidi/>
        <w:jc w:val="center"/>
      </w:pPr>
      <w:r>
        <w:rPr>
          <w:b w:val="0"/>
          <w:sz w:val="20"/>
          <w:rtl/>
          <w:szCs w:val="20"/>
        </w:rPr>
        <w:t>למורה: ממלאים שם, כמה מילים אישיות וחותמים. אפשר לגזור ולתלות על ״קיר האור״.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FFFBEA"/>
          </w:tcPr>
          <w:p>
            <w:pPr>
              <w:bidi/>
              <w:jc w:val="center"/>
            </w:pPr>
            <w:r>
              <w:rPr>
                <w:b/>
                <w:sz w:val="22"/>
                <w:rtl/>
                <w:bCs/>
                <w:szCs w:val="22"/>
              </w:rPr>
              <w:t>🕯️ ציון לשבח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ל: 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🤝 על ערך החברות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על ש: 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חתימה: __________</w:t>
            </w:r>
          </w:p>
        </w:tc>
        <w:tc>
          <w:tcPr>
            <w:tcW w:type="dxa" w:w="3402"/>
            <w:shd w:val="clear" w:color="auto" w:fill="FFFBEA"/>
          </w:tcPr>
          <w:p>
            <w:pPr>
              <w:bidi/>
              <w:jc w:val="center"/>
            </w:pPr>
            <w:r>
              <w:rPr>
                <w:b/>
                <w:sz w:val="22"/>
                <w:rtl/>
                <w:bCs/>
                <w:szCs w:val="22"/>
              </w:rPr>
              <w:t>🕯️ ציון לשבח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ל: 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🐢 על ערך ההתמדה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על ש: 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חתימה: __________</w:t>
            </w:r>
          </w:p>
        </w:tc>
        <w:tc>
          <w:tcPr>
            <w:tcW w:type="dxa" w:w="3402"/>
            <w:shd w:val="clear" w:color="auto" w:fill="FFFBEA"/>
          </w:tcPr>
          <w:p>
            <w:pPr>
              <w:bidi/>
              <w:jc w:val="center"/>
            </w:pPr>
            <w:r>
              <w:rPr>
                <w:b/>
                <w:sz w:val="22"/>
                <w:rtl/>
                <w:bCs/>
                <w:szCs w:val="22"/>
              </w:rPr>
              <w:t>🕯️ ציון לשבח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ל: 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🙌 על ערך העזרה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על ש: 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חתימה: __________</w:t>
            </w:r>
          </w:p>
        </w:tc>
      </w:tr>
      <w:tr>
        <w:tc>
          <w:tcPr>
            <w:tcW w:type="dxa" w:w="3402"/>
            <w:shd w:val="clear" w:color="auto" w:fill="FFFBEA"/>
          </w:tcPr>
          <w:p>
            <w:pPr>
              <w:bidi/>
              <w:jc w:val="center"/>
            </w:pPr>
            <w:r>
              <w:rPr>
                <w:b/>
                <w:sz w:val="22"/>
                <w:rtl/>
                <w:bCs/>
                <w:szCs w:val="22"/>
              </w:rPr>
              <w:t>🕯️ ציון לשבח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ל: 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🦁 על ערך האומץ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על ש: 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חתימה: __________</w:t>
            </w:r>
          </w:p>
        </w:tc>
        <w:tc>
          <w:tcPr>
            <w:tcW w:type="dxa" w:w="3402"/>
            <w:shd w:val="clear" w:color="auto" w:fill="FFFBEA"/>
          </w:tcPr>
          <w:p>
            <w:pPr>
              <w:bidi/>
              <w:jc w:val="center"/>
            </w:pPr>
            <w:r>
              <w:rPr>
                <w:b/>
                <w:sz w:val="22"/>
                <w:rtl/>
                <w:bCs/>
                <w:szCs w:val="22"/>
              </w:rPr>
              <w:t>🕯️ ציון לשבח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ל: 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👂 על ערך ההקשבה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על ש: 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חתימה: __________</w:t>
            </w:r>
          </w:p>
        </w:tc>
        <w:tc>
          <w:tcPr>
            <w:tcW w:type="dxa" w:w="3402"/>
            <w:shd w:val="clear" w:color="auto" w:fill="FFFBEA"/>
          </w:tcPr>
          <w:p>
            <w:pPr>
              <w:bidi/>
              <w:jc w:val="center"/>
            </w:pPr>
            <w:r>
              <w:rPr>
                <w:b/>
                <w:sz w:val="22"/>
                <w:rtl/>
                <w:bCs/>
                <w:szCs w:val="22"/>
              </w:rPr>
              <w:t>🕯️ ציון לשבח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ל: 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🧩 על ערך השיתוף פעולה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על ש: 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________________</w:t>
            </w:r>
          </w:p>
          <w:p>
            <w:pPr>
              <w:bidi/>
              <w:jc w:val="center"/>
            </w:pPr>
          </w:p>
          <w:p>
            <w:pPr>
              <w:bidi/>
              <w:jc w:val="center"/>
            </w:pPr>
            <w:r>
              <w:rPr>
                <w:b w:val="0"/>
                <w:sz w:val="22"/>
                <w:rtl/>
                <w:szCs w:val="22"/>
              </w:rPr>
              <w:t>חתימה: 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אור של הצלחה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