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center"/>
      </w:pPr>
      <w:r>
        <w:rPr>
          <w:b/>
          <w:color w:val="1B2A5A"/>
          <w:sz w:val="40"/>
          <w:rtl/>
          <w:bCs/>
          <w:szCs w:val="40"/>
        </w:rPr>
        <w:t>👀 האור שאני רואה בך</w:t>
      </w:r>
    </w:p>
    <w:p>
      <w:pPr>
        <w:bidi/>
        <w:jc w:val="center"/>
      </w:pPr>
      <w:r>
        <w:rPr>
          <w:b w:val="0"/>
          <w:rtl/>
        </w:rPr>
        <w:t>פעילות מעגל: הנר (או כל חפץ) עובר מיד ליד. מי שמחזיק/ה – משלים/ה משפט לשכן/ה.</w:t>
      </w:r>
    </w:p>
    <w:p>
      <w:pPr>
        <w:bidi/>
        <w:jc w:val="right"/>
      </w:pPr>
      <w:r>
        <w:rPr>
          <w:b/>
          <w:color w:val="1B2A5A"/>
          <w:sz w:val="28"/>
          <w:rtl/>
          <w:bCs/>
          <w:szCs w:val="28"/>
        </w:rPr>
        <w:t>📋 כללי המעגל</w:t>
      </w:r>
    </w:p>
    <w:p>
      <w:pPr>
        <w:bidi/>
        <w:jc w:val="right"/>
      </w:pPr>
      <w:r>
        <w:rPr>
          <w:b w:val="0"/>
          <w:rtl/>
        </w:rPr>
        <w:t>• 🕯️ מדברים רק כשהנר אצלך.</w:t>
      </w:r>
    </w:p>
    <w:p>
      <w:pPr>
        <w:bidi/>
        <w:jc w:val="right"/>
      </w:pPr>
      <w:r>
        <w:rPr>
          <w:b w:val="0"/>
          <w:rtl/>
        </w:rPr>
        <w:t>• 💛 אומרים רק דברים טובים ואמיתיים.</w:t>
      </w:r>
    </w:p>
    <w:p>
      <w:pPr>
        <w:bidi/>
        <w:jc w:val="right"/>
      </w:pPr>
      <w:r>
        <w:rPr>
          <w:b w:val="0"/>
          <w:rtl/>
        </w:rPr>
        <w:t>• 👂 המקבל/ת מקשיב/ה ואומר/ת ״תודה״ – בלי ״לא נכון״.</w:t>
      </w:r>
    </w:p>
    <w:p>
      <w:pPr>
        <w:bidi/>
        <w:jc w:val="right"/>
      </w:pPr>
      <w:r>
        <w:rPr>
          <w:b w:val="0"/>
          <w:rtl/>
        </w:rPr>
        <w:t>• 🙋 מותר לוותר על תור ולחזור בסוף.</w:t>
      </w:r>
    </w:p>
    <w:p>
      <w:pPr>
        <w:bidi/>
        <w:jc w:val="right"/>
      </w:pPr>
      <w:r>
        <w:rPr>
          <w:b/>
          <w:color w:val="1B2A5A"/>
          <w:sz w:val="28"/>
          <w:rtl/>
          <w:bCs/>
          <w:szCs w:val="28"/>
        </w:rPr>
        <w:t>✍️ האור שאמרו שרואים בי:</w:t>
      </w:r>
    </w:p>
    <w:p>
      <w:pPr>
        <w:bidi/>
        <w:jc w:val="right"/>
      </w:pPr>
      <w:r>
        <w:rPr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b/>
          <w:color w:val="1B2A5A"/>
          <w:sz w:val="28"/>
          <w:rtl/>
          <w:bCs/>
          <w:szCs w:val="28"/>
        </w:rPr>
        <w:t>💭 איך הרגשתי כששמעתי?</w:t>
      </w:r>
    </w:p>
    <w:p>
      <w:pPr>
        <w:bidi/>
        <w:jc w:val="right"/>
      </w:pPr>
      <w:r>
        <w:rPr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b/>
          <w:color w:val="1B2A5A"/>
          <w:sz w:val="28"/>
          <w:rtl/>
          <w:bCs/>
          <w:szCs w:val="28"/>
        </w:rPr>
        <w:t>🕯️ האור שאני רואה בעצמי:</w:t>
      </w:r>
    </w:p>
    <w:p>
      <w:pPr>
        <w:bidi/>
        <w:jc w:val="right"/>
      </w:pPr>
      <w:r>
        <w:rPr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b/>
          <w:color w:val="1B2A5A"/>
          <w:sz w:val="28"/>
          <w:rtl/>
          <w:bCs/>
          <w:szCs w:val="28"/>
        </w:rPr>
        <w:t>💌 למי אעביר את האור הלאה השבוע?</w:t>
      </w:r>
    </w:p>
    <w:p>
      <w:pPr>
        <w:bidi/>
        <w:jc w:val="right"/>
      </w:pPr>
      <w:r>
        <w:rPr>
          <w:b w:val="0"/>
          <w:color w:val="999999"/>
          <w:rtl/>
        </w:rPr>
        <w:t>______________________________________________________________</w:t>
      </w:r>
    </w:p>
    <w:p>
      <w:r>
        <w:br w:type="page"/>
      </w:r>
    </w:p>
    <w:p>
      <w:pPr>
        <w:bidi/>
        <w:jc w:val="center"/>
      </w:pPr>
      <w:r>
        <w:rPr>
          <w:b/>
          <w:color w:val="1B2A5A"/>
          <w:sz w:val="40"/>
          <w:rtl/>
          <w:bCs/>
          <w:szCs w:val="40"/>
        </w:rPr>
        <w:t>✂️ כרטיסי משפטי פתיחה</w:t>
      </w:r>
    </w:p>
    <w:p>
      <w:pPr>
        <w:bidi/>
        <w:jc w:val="center"/>
      </w:pPr>
      <w:r>
        <w:rPr>
          <w:b w:val="0"/>
          <w:rtl/>
        </w:rPr>
        <w:t>גוזרים, מערבבים, וכל אחד/ת מושך/ת כרטיס בתורו/ה.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FFFBEA"/>
          </w:tcPr>
          <w:p>
            <w:pPr>
              <w:bidi/>
              <w:jc w:val="center"/>
            </w:pPr>
          </w:p>
          <w:p>
            <w:pPr>
              <w:bidi/>
              <w:jc w:val="center"/>
            </w:pPr>
            <w:r>
              <w:rPr>
                <w:b w:val="0"/>
                <w:sz w:val="26"/>
                <w:rtl/>
                <w:szCs w:val="26"/>
              </w:rPr>
              <w:t>✨ האור שאני רואה בך הוא...</w:t>
            </w:r>
          </w:p>
          <w:p>
            <w:pPr>
              <w:bidi/>
              <w:jc w:val="center"/>
            </w:pPr>
          </w:p>
        </w:tc>
        <w:tc>
          <w:tcPr>
            <w:tcW w:type="dxa" w:w="5103"/>
            <w:shd w:val="clear" w:color="auto" w:fill="FFFBEA"/>
          </w:tcPr>
          <w:p>
            <w:pPr>
              <w:bidi/>
              <w:jc w:val="center"/>
            </w:pPr>
          </w:p>
          <w:p>
            <w:pPr>
              <w:bidi/>
              <w:jc w:val="center"/>
            </w:pPr>
            <w:r>
              <w:rPr>
                <w:b w:val="0"/>
                <w:sz w:val="26"/>
                <w:rtl/>
                <w:szCs w:val="26"/>
              </w:rPr>
              <w:t>✨ את/ה טוב/ה ב...</w:t>
            </w:r>
          </w:p>
          <w:p>
            <w:pPr>
              <w:bidi/>
              <w:jc w:val="center"/>
            </w:pPr>
          </w:p>
        </w:tc>
      </w:tr>
      <w:tr>
        <w:tc>
          <w:tcPr>
            <w:tcW w:type="dxa" w:w="5103"/>
            <w:shd w:val="clear" w:color="auto" w:fill="FFFBEA"/>
          </w:tcPr>
          <w:p>
            <w:pPr>
              <w:bidi/>
              <w:jc w:val="center"/>
            </w:pPr>
          </w:p>
          <w:p>
            <w:pPr>
              <w:bidi/>
              <w:jc w:val="center"/>
            </w:pPr>
            <w:r>
              <w:rPr>
                <w:b w:val="0"/>
                <w:sz w:val="26"/>
                <w:rtl/>
                <w:szCs w:val="26"/>
              </w:rPr>
              <w:t>✨ אני שמח/ה שאת/ה בכיתה כי...</w:t>
            </w:r>
          </w:p>
          <w:p>
            <w:pPr>
              <w:bidi/>
              <w:jc w:val="center"/>
            </w:pPr>
          </w:p>
        </w:tc>
        <w:tc>
          <w:tcPr>
            <w:tcW w:type="dxa" w:w="5103"/>
            <w:shd w:val="clear" w:color="auto" w:fill="FFFBEA"/>
          </w:tcPr>
          <w:p>
            <w:pPr>
              <w:bidi/>
              <w:jc w:val="center"/>
            </w:pPr>
          </w:p>
          <w:p>
            <w:pPr>
              <w:bidi/>
              <w:jc w:val="center"/>
            </w:pPr>
            <w:r>
              <w:rPr>
                <w:b w:val="0"/>
                <w:sz w:val="26"/>
                <w:rtl/>
                <w:szCs w:val="26"/>
              </w:rPr>
              <w:t>✨ פעם ראיתי אותך...</w:t>
            </w:r>
          </w:p>
          <w:p>
            <w:pPr>
              <w:bidi/>
              <w:jc w:val="center"/>
            </w:pPr>
          </w:p>
        </w:tc>
      </w:tr>
      <w:tr>
        <w:tc>
          <w:tcPr>
            <w:tcW w:type="dxa" w:w="5103"/>
            <w:shd w:val="clear" w:color="auto" w:fill="FFFBEA"/>
          </w:tcPr>
          <w:p>
            <w:pPr>
              <w:bidi/>
              <w:jc w:val="center"/>
            </w:pPr>
          </w:p>
          <w:p>
            <w:pPr>
              <w:bidi/>
              <w:jc w:val="center"/>
            </w:pPr>
            <w:r>
              <w:rPr>
                <w:b w:val="0"/>
                <w:sz w:val="26"/>
                <w:rtl/>
                <w:szCs w:val="26"/>
              </w:rPr>
              <w:t>✨ משהו שאולי לא יודעים עליך: את/ה...</w:t>
            </w:r>
          </w:p>
          <w:p>
            <w:pPr>
              <w:bidi/>
              <w:jc w:val="center"/>
            </w:pPr>
          </w:p>
        </w:tc>
        <w:tc>
          <w:tcPr>
            <w:tcW w:type="dxa" w:w="5103"/>
            <w:shd w:val="clear" w:color="auto" w:fill="FFFBEA"/>
          </w:tcPr>
          <w:p>
            <w:pPr>
              <w:bidi/>
              <w:jc w:val="center"/>
            </w:pPr>
          </w:p>
          <w:p>
            <w:pPr>
              <w:bidi/>
              <w:jc w:val="center"/>
            </w:pPr>
            <w:r>
              <w:rPr>
                <w:b w:val="0"/>
                <w:sz w:val="26"/>
                <w:rtl/>
                <w:szCs w:val="26"/>
              </w:rPr>
              <w:t>✨ בזכותך הכיתה...</w:t>
            </w:r>
          </w:p>
          <w:p>
            <w:pPr>
              <w:bidi/>
              <w:jc w:val="center"/>
            </w:pPr>
          </w:p>
        </w:tc>
      </w:tr>
      <w:tr>
        <w:tc>
          <w:tcPr>
            <w:tcW w:type="dxa" w:w="5103"/>
            <w:shd w:val="clear" w:color="auto" w:fill="FFFBEA"/>
          </w:tcPr>
          <w:p>
            <w:pPr>
              <w:bidi/>
              <w:jc w:val="center"/>
            </w:pPr>
          </w:p>
          <w:p>
            <w:pPr>
              <w:bidi/>
              <w:jc w:val="center"/>
            </w:pPr>
            <w:r>
              <w:rPr>
                <w:b w:val="0"/>
                <w:sz w:val="26"/>
                <w:rtl/>
                <w:szCs w:val="26"/>
              </w:rPr>
              <w:t>✨ החוזקה שלך היא...</w:t>
            </w:r>
          </w:p>
          <w:p>
            <w:pPr>
              <w:bidi/>
              <w:jc w:val="center"/>
            </w:pPr>
          </w:p>
        </w:tc>
        <w:tc>
          <w:tcPr>
            <w:tcW w:type="dxa" w:w="5103"/>
            <w:shd w:val="clear" w:color="auto" w:fill="FFFBEA"/>
          </w:tcPr>
          <w:p>
            <w:pPr>
              <w:bidi/>
              <w:jc w:val="center"/>
            </w:pPr>
          </w:p>
          <w:p>
            <w:pPr>
              <w:bidi/>
              <w:jc w:val="center"/>
            </w:pPr>
            <w:r>
              <w:rPr>
                <w:b w:val="0"/>
                <w:sz w:val="26"/>
                <w:rtl/>
                <w:szCs w:val="26"/>
              </w:rPr>
              <w:t>✨ אני סומך/ת עליך ב...</w:t>
            </w:r>
          </w:p>
          <w:p>
            <w:pPr>
              <w:bidi/>
              <w:jc w:val="center"/>
            </w:pPr>
          </w:p>
        </w:tc>
      </w:tr>
      <w:tr>
        <w:tc>
          <w:tcPr>
            <w:tcW w:type="dxa" w:w="5103"/>
            <w:shd w:val="clear" w:color="auto" w:fill="FFFBEA"/>
          </w:tcPr>
          <w:p>
            <w:pPr>
              <w:bidi/>
              <w:jc w:val="center"/>
            </w:pPr>
          </w:p>
          <w:p>
            <w:pPr>
              <w:bidi/>
              <w:jc w:val="center"/>
            </w:pPr>
            <w:r>
              <w:rPr>
                <w:b w:val="0"/>
                <w:sz w:val="26"/>
                <w:rtl/>
                <w:szCs w:val="26"/>
              </w:rPr>
              <w:t>✨ הערך שאת/ה מביא/ה לכיתה הוא...</w:t>
            </w:r>
          </w:p>
          <w:p>
            <w:pPr>
              <w:bidi/>
              <w:jc w:val="center"/>
            </w:pPr>
          </w:p>
        </w:tc>
        <w:tc>
          <w:tcPr>
            <w:tcW w:type="dxa" w:w="5103"/>
            <w:shd w:val="clear" w:color="auto" w:fill="FFFBEA"/>
          </w:tcPr>
          <w:p>
            <w:pPr>
              <w:bidi/>
              <w:jc w:val="center"/>
            </w:pPr>
          </w:p>
          <w:p>
            <w:pPr>
              <w:bidi/>
              <w:jc w:val="center"/>
            </w:pPr>
            <w:r>
              <w:rPr>
                <w:b w:val="0"/>
                <w:sz w:val="26"/>
                <w:rtl/>
                <w:szCs w:val="26"/>
              </w:rPr>
              <w:t>✨ משהו שאני מעריך/ה בדרך שלך...</w:t>
            </w:r>
          </w:p>
          <w:p>
            <w:pPr>
              <w:bidi/>
              <w:jc w:val="center"/>
            </w:pPr>
          </w:p>
        </w:tc>
      </w:tr>
      <w:tr>
        <w:tc>
          <w:tcPr>
            <w:tcW w:type="dxa" w:w="5103"/>
            <w:shd w:val="clear" w:color="auto" w:fill="FFFBEA"/>
          </w:tcPr>
          <w:p>
            <w:pPr>
              <w:bidi/>
              <w:jc w:val="center"/>
            </w:pPr>
          </w:p>
          <w:p>
            <w:pPr>
              <w:bidi/>
              <w:jc w:val="center"/>
            </w:pPr>
            <w:r>
              <w:rPr>
                <w:b w:val="0"/>
                <w:sz w:val="26"/>
                <w:rtl/>
                <w:szCs w:val="26"/>
              </w:rPr>
              <w:t>✨ בעיניי את/ה מנהיג/ה כש...</w:t>
            </w:r>
          </w:p>
          <w:p>
            <w:pPr>
              <w:bidi/>
              <w:jc w:val="center"/>
            </w:pPr>
          </w:p>
        </w:tc>
        <w:tc>
          <w:tcPr>
            <w:tcW w:type="dxa" w:w="5103"/>
            <w:shd w:val="clear" w:color="auto" w:fill="FFFBEA"/>
          </w:tcPr>
          <w:p>
            <w:pPr>
              <w:bidi/>
              <w:jc w:val="center"/>
            </w:pPr>
          </w:p>
          <w:p>
            <w:pPr>
              <w:bidi/>
              <w:jc w:val="center"/>
            </w:pPr>
            <w:r>
              <w:rPr>
                <w:b w:val="0"/>
                <w:sz w:val="26"/>
                <w:rtl/>
                <w:szCs w:val="26"/>
              </w:rPr>
              <w:t>✨ הייתי רוצה שתדע/י ש...</w:t>
            </w:r>
          </w:p>
          <w:p>
            <w:pPr>
              <w:bidi/>
              <w:jc w:val="center"/>
            </w:pP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sz w:val="18"/>
        <w:rtl/>
      </w:rPr>
      <w:t>יצרה: רוית ראש בן ישי · אור של הצלחה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